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32"/>
        <w:gridCol w:w="8731"/>
      </w:tblGrid>
      <w:tr>
        <w:tc>
          <w:tcPr>
            <w:tcW w:type="dxa" w:w="507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94000" cy="696094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_COMUNE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00" cy="69609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7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124224"/>
                <w:sz w:val="32"/>
              </w:rPr>
              <w:t>COMUNE DI PELLIZZANO</w:t>
            </w:r>
            <w:r>
              <w:br/>
            </w:r>
            <w:r>
              <w:rPr>
                <w:rFonts w:ascii="Arial" w:hAnsi="Arial"/>
                <w:color w:val="505050"/>
                <w:sz w:val="19"/>
              </w:rPr>
              <w:t>Provincia autonoma di Trento</w:t>
            </w:r>
            <w:r>
              <w:br/>
            </w:r>
            <w:r>
              <w:rPr>
                <w:rFonts w:ascii="Arial" w:hAnsi="Arial"/>
                <w:b/>
                <w:color w:val="505050"/>
                <w:sz w:val="20"/>
              </w:rPr>
              <w:t>Ufficio Polizia Locale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48"/>
      </w:tblGrid>
      <w:tr>
        <w:trPr>
          <w:trHeight w:val="45" w:hRule="atLeast"/>
        </w:trPr>
        <w:tc>
          <w:tcPr>
            <w:tcW w:type="dxa" w:w="10091"/>
            <w:shd w:fill="124224"/>
            <w:tcBorders>
              <w:top w:val="nil"/>
              <w:left w:val="nil"/>
              <w:bottom w:val="nil"/>
              <w:right w:val="nil"/>
            </w:tcBorders>
          </w:tcPr>
          <w:p>
            <w:r/>
          </w:p>
        </w:tc>
      </w:tr>
    </w:tbl>
    <w:p>
      <w:pPr>
        <w:spacing w:before="120" w:after="0"/>
        <w:jc w:val="center"/>
      </w:pPr>
      <w:r>
        <w:rPr>
          <w:rFonts w:ascii="Arial" w:hAnsi="Arial"/>
          <w:b/>
          <w:color w:val="005BAA"/>
          <w:sz w:val="32"/>
        </w:rPr>
        <w:t>RICHIESTA RILASCIO PASS BLU</w:t>
      </w:r>
    </w:p>
    <w:p>
      <w:pPr>
        <w:spacing w:after="60"/>
        <w:jc w:val="center"/>
      </w:pPr>
      <w:r>
        <w:rPr>
          <w:rFonts w:ascii="Arial" w:hAnsi="Arial"/>
          <w:b/>
          <w:color w:val="124224"/>
          <w:sz w:val="21"/>
        </w:rPr>
        <w:t>Proprietari di immobili o fondi a Fazzon – Piano mobilità estiva Lago dei Caprioli</w:t>
      </w:r>
    </w:p>
    <w:p>
      <w:pPr>
        <w:spacing w:before="20" w:after="80"/>
      </w:pPr>
      <w:r>
        <w:rPr>
          <w:rFonts w:ascii="Arial" w:hAnsi="Arial"/>
          <w:b w:val="0"/>
          <w:i w:val="0"/>
          <w:color w:val="222222"/>
          <w:sz w:val="19"/>
        </w:rPr>
        <w:t xml:space="preserve">Il/la sottoscritto/a, ai fini del rilascio del </w:t>
      </w:r>
      <w:r>
        <w:rPr>
          <w:rFonts w:ascii="Arial" w:hAnsi="Arial"/>
          <w:b/>
          <w:i w:val="0"/>
          <w:color w:val="005BAA"/>
          <w:sz w:val="19"/>
        </w:rPr>
        <w:t>Pass blu</w:t>
      </w:r>
      <w:r>
        <w:rPr>
          <w:rFonts w:ascii="Arial" w:hAnsi="Arial"/>
          <w:b w:val="0"/>
          <w:i w:val="0"/>
          <w:color w:val="222222"/>
          <w:sz w:val="19"/>
        </w:rPr>
        <w:t>, dichiara quanto segue e comunica i dati necessari.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48"/>
      </w:tblGrid>
      <w:tr>
        <w:tc>
          <w:tcPr>
            <w:tcW w:type="dxa" w:w="10148"/>
            <w:shd w:fill="124224"/>
            <w:tcBorders>
              <w:top w:val="nil"/>
              <w:left w:val="nil"/>
              <w:bottom w:val="nil"/>
              <w:right w:val="nil"/>
            </w:tcBorders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20"/>
              </w:rPr>
              <w:t>DATI DEL RICHIEDENTE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74"/>
        <w:gridCol w:w="5074"/>
      </w:tblGrid>
      <w:tr>
        <w:tc>
          <w:tcPr>
            <w:tcW w:type="dxa" w:w="2948"/>
            <w:vAlign w:val="center"/>
            <w:tcMar>
              <w:top w:w="65" w:type="dxa"/>
              <w:start w:w="85" w:type="dxa"/>
              <w:bottom w:w="65" w:type="dxa"/>
              <w:end w:w="85" w:type="dxa"/>
            </w:tcMar>
            <w:tcBorders>
              <w:top w:val="single" w:sz="4" w:color="D9E6D4"/>
              <w:left w:val="single" w:sz="4" w:color="D9E6D4"/>
              <w:bottom w:val="single" w:sz="4" w:color="D9E6D4"/>
              <w:right w:val="single" w:sz="4" w:color="D9E6D4"/>
            </w:tcBorders>
            <w:shd w:fill="EAF3E6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24224"/>
                <w:sz w:val="18"/>
              </w:rPr>
              <w:t>Nome e cognome</w:t>
            </w:r>
          </w:p>
        </w:tc>
        <w:tc>
          <w:tcPr>
            <w:tcW w:type="dxa" w:w="6576"/>
            <w:vAlign w:val="center"/>
            <w:tcMar>
              <w:top w:w="65" w:type="dxa"/>
              <w:start w:w="85" w:type="dxa"/>
              <w:bottom w:w="65" w:type="dxa"/>
              <w:end w:w="85" w:type="dxa"/>
            </w:tcMar>
            <w:tcBorders>
              <w:top w:val="single" w:sz="4" w:color="D9E6D4"/>
              <w:left w:val="single" w:sz="4" w:color="D9E6D4"/>
              <w:bottom w:val="single" w:sz="4" w:color="D9E6D4"/>
              <w:right w:val="single" w:sz="4" w:color="D9E6D4"/>
            </w:tcBorders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22222"/>
                <w:sz w:val="18"/>
              </w:rPr>
              <w:t>____________________________________________________________</w:t>
            </w:r>
          </w:p>
        </w:tc>
      </w:tr>
      <w:tr>
        <w:tc>
          <w:tcPr>
            <w:tcW w:type="dxa" w:w="2948"/>
            <w:vAlign w:val="center"/>
            <w:tcMar>
              <w:top w:w="65" w:type="dxa"/>
              <w:start w:w="85" w:type="dxa"/>
              <w:bottom w:w="65" w:type="dxa"/>
              <w:end w:w="85" w:type="dxa"/>
            </w:tcMar>
            <w:tcBorders>
              <w:top w:val="single" w:sz="4" w:color="D9E6D4"/>
              <w:left w:val="single" w:sz="4" w:color="D9E6D4"/>
              <w:bottom w:val="single" w:sz="4" w:color="D9E6D4"/>
              <w:right w:val="single" w:sz="4" w:color="D9E6D4"/>
            </w:tcBorders>
            <w:shd w:fill="EAF3E6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24224"/>
                <w:sz w:val="18"/>
              </w:rPr>
              <w:t>Nato/a a – il</w:t>
            </w:r>
          </w:p>
        </w:tc>
        <w:tc>
          <w:tcPr>
            <w:tcW w:type="dxa" w:w="6576"/>
            <w:vAlign w:val="center"/>
            <w:tcMar>
              <w:top w:w="65" w:type="dxa"/>
              <w:start w:w="85" w:type="dxa"/>
              <w:bottom w:w="65" w:type="dxa"/>
              <w:end w:w="85" w:type="dxa"/>
            </w:tcMar>
            <w:tcBorders>
              <w:top w:val="single" w:sz="4" w:color="D9E6D4"/>
              <w:left w:val="single" w:sz="4" w:color="D9E6D4"/>
              <w:bottom w:val="single" w:sz="4" w:color="D9E6D4"/>
              <w:right w:val="single" w:sz="4" w:color="D9E6D4"/>
            </w:tcBorders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22222"/>
                <w:sz w:val="18"/>
              </w:rPr>
              <w:t>______________________________    il ____ / ____ / ______</w:t>
            </w:r>
          </w:p>
        </w:tc>
      </w:tr>
      <w:tr>
        <w:tc>
          <w:tcPr>
            <w:tcW w:type="dxa" w:w="2948"/>
            <w:vAlign w:val="center"/>
            <w:tcMar>
              <w:top w:w="65" w:type="dxa"/>
              <w:start w:w="85" w:type="dxa"/>
              <w:bottom w:w="65" w:type="dxa"/>
              <w:end w:w="85" w:type="dxa"/>
            </w:tcMar>
            <w:tcBorders>
              <w:top w:val="single" w:sz="4" w:color="D9E6D4"/>
              <w:left w:val="single" w:sz="4" w:color="D9E6D4"/>
              <w:bottom w:val="single" w:sz="4" w:color="D9E6D4"/>
              <w:right w:val="single" w:sz="4" w:color="D9E6D4"/>
            </w:tcBorders>
            <w:shd w:fill="EAF3E6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24224"/>
                <w:sz w:val="18"/>
              </w:rPr>
              <w:t>Residente a</w:t>
            </w:r>
          </w:p>
        </w:tc>
        <w:tc>
          <w:tcPr>
            <w:tcW w:type="dxa" w:w="6576"/>
            <w:vAlign w:val="center"/>
            <w:tcMar>
              <w:top w:w="65" w:type="dxa"/>
              <w:start w:w="85" w:type="dxa"/>
              <w:bottom w:w="65" w:type="dxa"/>
              <w:end w:w="85" w:type="dxa"/>
            </w:tcMar>
            <w:tcBorders>
              <w:top w:val="single" w:sz="4" w:color="D9E6D4"/>
              <w:left w:val="single" w:sz="4" w:color="D9E6D4"/>
              <w:bottom w:val="single" w:sz="4" w:color="D9E6D4"/>
              <w:right w:val="single" w:sz="4" w:color="D9E6D4"/>
            </w:tcBorders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22222"/>
                <w:sz w:val="18"/>
              </w:rPr>
              <w:t>______________________________  Via/Piazza ______________________________</w:t>
            </w:r>
          </w:p>
        </w:tc>
      </w:tr>
      <w:tr>
        <w:tc>
          <w:tcPr>
            <w:tcW w:type="dxa" w:w="2948"/>
            <w:vAlign w:val="center"/>
            <w:tcMar>
              <w:top w:w="65" w:type="dxa"/>
              <w:start w:w="85" w:type="dxa"/>
              <w:bottom w:w="65" w:type="dxa"/>
              <w:end w:w="85" w:type="dxa"/>
            </w:tcMar>
            <w:tcBorders>
              <w:top w:val="single" w:sz="4" w:color="D9E6D4"/>
              <w:left w:val="single" w:sz="4" w:color="D9E6D4"/>
              <w:bottom w:val="single" w:sz="4" w:color="D9E6D4"/>
              <w:right w:val="single" w:sz="4" w:color="D9E6D4"/>
            </w:tcBorders>
            <w:shd w:fill="EAF3E6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24224"/>
                <w:sz w:val="18"/>
              </w:rPr>
              <w:t>Telefono</w:t>
            </w:r>
          </w:p>
        </w:tc>
        <w:tc>
          <w:tcPr>
            <w:tcW w:type="dxa" w:w="6576"/>
            <w:vAlign w:val="center"/>
            <w:tcMar>
              <w:top w:w="65" w:type="dxa"/>
              <w:start w:w="85" w:type="dxa"/>
              <w:bottom w:w="65" w:type="dxa"/>
              <w:end w:w="85" w:type="dxa"/>
            </w:tcMar>
            <w:tcBorders>
              <w:top w:val="single" w:sz="4" w:color="D9E6D4"/>
              <w:left w:val="single" w:sz="4" w:color="D9E6D4"/>
              <w:bottom w:val="single" w:sz="4" w:color="D9E6D4"/>
              <w:right w:val="single" w:sz="4" w:color="D9E6D4"/>
            </w:tcBorders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22222"/>
                <w:sz w:val="18"/>
              </w:rPr>
              <w:t>______________________________  E-mail ______________________________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48"/>
      </w:tblGrid>
      <w:tr>
        <w:tc>
          <w:tcPr>
            <w:tcW w:type="dxa" w:w="10148"/>
            <w:shd w:fill="124224"/>
            <w:tcBorders>
              <w:top w:val="nil"/>
              <w:left w:val="nil"/>
              <w:bottom w:val="nil"/>
              <w:right w:val="nil"/>
            </w:tcBorders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20"/>
              </w:rPr>
              <w:t>TITOLO PER LA RICHIESTA DEL PASS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74"/>
        <w:gridCol w:w="5074"/>
      </w:tblGrid>
      <w:tr>
        <w:tc>
          <w:tcPr>
            <w:tcW w:type="dxa" w:w="2948"/>
            <w:vAlign w:val="center"/>
            <w:tcMar>
              <w:top w:w="65" w:type="dxa"/>
              <w:start w:w="85" w:type="dxa"/>
              <w:bottom w:w="65" w:type="dxa"/>
              <w:end w:w="85" w:type="dxa"/>
            </w:tcMar>
            <w:tcBorders>
              <w:top w:val="single" w:sz="4" w:color="D9E6D4"/>
              <w:left w:val="single" w:sz="4" w:color="D9E6D4"/>
              <w:bottom w:val="single" w:sz="4" w:color="D9E6D4"/>
              <w:right w:val="single" w:sz="4" w:color="D9E6D4"/>
            </w:tcBorders>
            <w:shd w:fill="EAF3E6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24224"/>
                <w:sz w:val="18"/>
              </w:rPr>
              <w:t>In qualità di</w:t>
            </w:r>
          </w:p>
        </w:tc>
        <w:tc>
          <w:tcPr>
            <w:tcW w:type="dxa" w:w="6576"/>
            <w:vAlign w:val="center"/>
            <w:tcMar>
              <w:top w:w="65" w:type="dxa"/>
              <w:start w:w="85" w:type="dxa"/>
              <w:bottom w:w="65" w:type="dxa"/>
              <w:end w:w="85" w:type="dxa"/>
            </w:tcMar>
            <w:tcBorders>
              <w:top w:val="single" w:sz="4" w:color="D9E6D4"/>
              <w:left w:val="single" w:sz="4" w:color="D9E6D4"/>
              <w:bottom w:val="single" w:sz="4" w:color="D9E6D4"/>
              <w:right w:val="single" w:sz="4" w:color="D9E6D4"/>
            </w:tcBorders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22222"/>
                <w:sz w:val="18"/>
              </w:rPr>
              <w:t>☐ proprietario/a di immobile a Fazzon      ☐ proprietario/a di fondo a Fazzon</w:t>
            </w:r>
          </w:p>
        </w:tc>
      </w:tr>
      <w:tr>
        <w:tc>
          <w:tcPr>
            <w:tcW w:type="dxa" w:w="2948"/>
            <w:vAlign w:val="center"/>
            <w:tcMar>
              <w:top w:w="65" w:type="dxa"/>
              <w:start w:w="85" w:type="dxa"/>
              <w:bottom w:w="65" w:type="dxa"/>
              <w:end w:w="85" w:type="dxa"/>
            </w:tcMar>
            <w:tcBorders>
              <w:top w:val="single" w:sz="4" w:color="D9E6D4"/>
              <w:left w:val="single" w:sz="4" w:color="D9E6D4"/>
              <w:bottom w:val="single" w:sz="4" w:color="D9E6D4"/>
              <w:right w:val="single" w:sz="4" w:color="D9E6D4"/>
            </w:tcBorders>
            <w:shd w:fill="EAF3E6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24224"/>
                <w:sz w:val="18"/>
              </w:rPr>
              <w:t>Numero civico dell’abitazione di Fazzon</w:t>
            </w:r>
          </w:p>
        </w:tc>
        <w:tc>
          <w:tcPr>
            <w:tcW w:type="dxa" w:w="6576"/>
            <w:vAlign w:val="center"/>
            <w:tcMar>
              <w:top w:w="65" w:type="dxa"/>
              <w:start w:w="85" w:type="dxa"/>
              <w:bottom w:w="65" w:type="dxa"/>
              <w:end w:w="85" w:type="dxa"/>
            </w:tcMar>
            <w:tcBorders>
              <w:top w:val="single" w:sz="4" w:color="D9E6D4"/>
              <w:left w:val="single" w:sz="4" w:color="D9E6D4"/>
              <w:bottom w:val="single" w:sz="4" w:color="D9E6D4"/>
              <w:right w:val="single" w:sz="4" w:color="D9E6D4"/>
            </w:tcBorders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22222"/>
                <w:sz w:val="18"/>
              </w:rPr>
              <w:t>______________________________</w:t>
            </w:r>
          </w:p>
        </w:tc>
      </w:tr>
      <w:tr>
        <w:tc>
          <w:tcPr>
            <w:tcW w:type="dxa" w:w="2948"/>
            <w:vAlign w:val="center"/>
            <w:tcMar>
              <w:top w:w="65" w:type="dxa"/>
              <w:start w:w="85" w:type="dxa"/>
              <w:bottom w:w="65" w:type="dxa"/>
              <w:end w:w="85" w:type="dxa"/>
            </w:tcMar>
            <w:tcBorders>
              <w:top w:val="single" w:sz="4" w:color="D9E6D4"/>
              <w:left w:val="single" w:sz="4" w:color="D9E6D4"/>
              <w:bottom w:val="single" w:sz="4" w:color="D9E6D4"/>
              <w:right w:val="single" w:sz="4" w:color="D9E6D4"/>
            </w:tcBorders>
            <w:shd w:fill="EAF3E6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24224"/>
                <w:sz w:val="18"/>
              </w:rPr>
              <w:t>Estremi catastali</w:t>
            </w:r>
          </w:p>
        </w:tc>
        <w:tc>
          <w:tcPr>
            <w:tcW w:type="dxa" w:w="6576"/>
            <w:vAlign w:val="center"/>
            <w:tcMar>
              <w:top w:w="65" w:type="dxa"/>
              <w:start w:w="85" w:type="dxa"/>
              <w:bottom w:w="65" w:type="dxa"/>
              <w:end w:w="85" w:type="dxa"/>
            </w:tcMar>
            <w:tcBorders>
              <w:top w:val="single" w:sz="4" w:color="D9E6D4"/>
              <w:left w:val="single" w:sz="4" w:color="D9E6D4"/>
              <w:bottom w:val="single" w:sz="4" w:color="D9E6D4"/>
              <w:right w:val="single" w:sz="4" w:color="D9E6D4"/>
            </w:tcBorders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22222"/>
                <w:sz w:val="18"/>
              </w:rPr>
              <w:t>C.C. __________________  p.ed./p.f. __________________  p.m. _________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48"/>
      </w:tblGrid>
      <w:tr>
        <w:tc>
          <w:tcPr>
            <w:tcW w:type="dxa" w:w="10148"/>
            <w:shd w:fill="124224"/>
            <w:tcBorders>
              <w:top w:val="nil"/>
              <w:left w:val="nil"/>
              <w:bottom w:val="nil"/>
              <w:right w:val="nil"/>
            </w:tcBorders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20"/>
              </w:rPr>
              <w:t>DATI DEL VEICOLO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74"/>
        <w:gridCol w:w="5074"/>
      </w:tblGrid>
      <w:tr>
        <w:tc>
          <w:tcPr>
            <w:tcW w:type="dxa" w:w="2948"/>
            <w:vAlign w:val="center"/>
            <w:tcMar>
              <w:top w:w="65" w:type="dxa"/>
              <w:start w:w="85" w:type="dxa"/>
              <w:bottom w:w="65" w:type="dxa"/>
              <w:end w:w="85" w:type="dxa"/>
            </w:tcMar>
            <w:tcBorders>
              <w:top w:val="single" w:sz="4" w:color="D9E6D4"/>
              <w:left w:val="single" w:sz="4" w:color="D9E6D4"/>
              <w:bottom w:val="single" w:sz="4" w:color="D9E6D4"/>
              <w:right w:val="single" w:sz="4" w:color="D9E6D4"/>
            </w:tcBorders>
            <w:shd w:fill="EAF3E6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24224"/>
                <w:sz w:val="18"/>
              </w:rPr>
              <w:t>Targa dell’automobile</w:t>
            </w:r>
          </w:p>
        </w:tc>
        <w:tc>
          <w:tcPr>
            <w:tcW w:type="dxa" w:w="6576"/>
            <w:vAlign w:val="center"/>
            <w:tcMar>
              <w:top w:w="65" w:type="dxa"/>
              <w:start w:w="85" w:type="dxa"/>
              <w:bottom w:w="65" w:type="dxa"/>
              <w:end w:w="85" w:type="dxa"/>
            </w:tcMar>
            <w:tcBorders>
              <w:top w:val="single" w:sz="4" w:color="D9E6D4"/>
              <w:left w:val="single" w:sz="4" w:color="D9E6D4"/>
              <w:bottom w:val="single" w:sz="4" w:color="D9E6D4"/>
              <w:right w:val="single" w:sz="4" w:color="D9E6D4"/>
            </w:tcBorders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22222"/>
                <w:sz w:val="18"/>
              </w:rPr>
              <w:t>______________________________</w:t>
            </w:r>
          </w:p>
        </w:tc>
      </w:tr>
      <w:tr>
        <w:tc>
          <w:tcPr>
            <w:tcW w:type="dxa" w:w="2948"/>
            <w:vAlign w:val="center"/>
            <w:tcMar>
              <w:top w:w="65" w:type="dxa"/>
              <w:start w:w="85" w:type="dxa"/>
              <w:bottom w:w="65" w:type="dxa"/>
              <w:end w:w="85" w:type="dxa"/>
            </w:tcMar>
            <w:tcBorders>
              <w:top w:val="single" w:sz="4" w:color="D9E6D4"/>
              <w:left w:val="single" w:sz="4" w:color="D9E6D4"/>
              <w:bottom w:val="single" w:sz="4" w:color="D9E6D4"/>
              <w:right w:val="single" w:sz="4" w:color="D9E6D4"/>
            </w:tcBorders>
            <w:shd w:fill="EAF3E6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24224"/>
                <w:sz w:val="18"/>
              </w:rPr>
              <w:t>Marca / modello</w:t>
            </w:r>
          </w:p>
        </w:tc>
        <w:tc>
          <w:tcPr>
            <w:tcW w:type="dxa" w:w="6576"/>
            <w:vAlign w:val="center"/>
            <w:tcMar>
              <w:top w:w="65" w:type="dxa"/>
              <w:start w:w="85" w:type="dxa"/>
              <w:bottom w:w="65" w:type="dxa"/>
              <w:end w:w="85" w:type="dxa"/>
            </w:tcMar>
            <w:tcBorders>
              <w:top w:val="single" w:sz="4" w:color="D9E6D4"/>
              <w:left w:val="single" w:sz="4" w:color="D9E6D4"/>
              <w:bottom w:val="single" w:sz="4" w:color="D9E6D4"/>
              <w:right w:val="single" w:sz="4" w:color="D9E6D4"/>
            </w:tcBorders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22222"/>
                <w:sz w:val="18"/>
              </w:rPr>
              <w:t>____________________________________________________________</w:t>
            </w:r>
          </w:p>
        </w:tc>
      </w:tr>
      <w:tr>
        <w:tc>
          <w:tcPr>
            <w:tcW w:type="dxa" w:w="2948"/>
            <w:vAlign w:val="center"/>
            <w:tcMar>
              <w:top w:w="65" w:type="dxa"/>
              <w:start w:w="85" w:type="dxa"/>
              <w:bottom w:w="65" w:type="dxa"/>
              <w:end w:w="85" w:type="dxa"/>
            </w:tcMar>
            <w:tcBorders>
              <w:top w:val="single" w:sz="4" w:color="D9E6D4"/>
              <w:left w:val="single" w:sz="4" w:color="D9E6D4"/>
              <w:bottom w:val="single" w:sz="4" w:color="D9E6D4"/>
              <w:right w:val="single" w:sz="4" w:color="D9E6D4"/>
            </w:tcBorders>
            <w:shd w:fill="EAF3E6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24224"/>
                <w:sz w:val="18"/>
              </w:rPr>
              <w:t>Carta di circolazione</w:t>
            </w:r>
          </w:p>
        </w:tc>
        <w:tc>
          <w:tcPr>
            <w:tcW w:type="dxa" w:w="6576"/>
            <w:vAlign w:val="center"/>
            <w:tcMar>
              <w:top w:w="65" w:type="dxa"/>
              <w:start w:w="85" w:type="dxa"/>
              <w:bottom w:w="65" w:type="dxa"/>
              <w:end w:w="85" w:type="dxa"/>
            </w:tcMar>
            <w:tcBorders>
              <w:top w:val="single" w:sz="4" w:color="D9E6D4"/>
              <w:left w:val="single" w:sz="4" w:color="D9E6D4"/>
              <w:bottom w:val="single" w:sz="4" w:color="D9E6D4"/>
              <w:right w:val="single" w:sz="4" w:color="D9E6D4"/>
            </w:tcBorders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22222"/>
                <w:sz w:val="18"/>
              </w:rPr>
              <w:t>☐ allegata alla richiesta via mail      ☐ esibita al momento del ritiro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48"/>
      </w:tblGrid>
      <w:tr>
        <w:tc>
          <w:tcPr>
            <w:tcW w:type="dxa" w:w="10148"/>
            <w:shd w:fill="124224"/>
            <w:tcBorders>
              <w:top w:val="nil"/>
              <w:left w:val="nil"/>
              <w:bottom w:val="nil"/>
              <w:right w:val="nil"/>
            </w:tcBorders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20"/>
              </w:rPr>
              <w:t>RICHIESTA</w:t>
            </w:r>
          </w:p>
        </w:tc>
      </w:tr>
    </w:tbl>
    <w:p>
      <w:pPr>
        <w:spacing w:before="40" w:after="80" w:line="240" w:lineRule="auto"/>
      </w:pPr>
      <w:r>
        <w:rPr>
          <w:rFonts w:ascii="Arial" w:hAnsi="Arial"/>
          <w:b/>
          <w:i w:val="0"/>
          <w:color w:val="124224"/>
          <w:sz w:val="19"/>
        </w:rPr>
        <w:t>CHIEDE</w:t>
      </w:r>
      <w:r>
        <w:rPr>
          <w:rFonts w:ascii="Arial" w:hAnsi="Arial"/>
          <w:b w:val="0"/>
          <w:i w:val="0"/>
          <w:color w:val="222222"/>
          <w:sz w:val="19"/>
        </w:rPr>
        <w:t xml:space="preserve"> il rilascio del </w:t>
      </w:r>
      <w:r>
        <w:rPr>
          <w:rFonts w:ascii="Arial" w:hAnsi="Arial"/>
          <w:b/>
          <w:i w:val="0"/>
          <w:color w:val="005BAA"/>
          <w:sz w:val="19"/>
        </w:rPr>
        <w:t>PASS BLU</w:t>
      </w:r>
      <w:r>
        <w:rPr>
          <w:rFonts w:ascii="Arial" w:hAnsi="Arial"/>
          <w:b w:val="0"/>
          <w:i w:val="0"/>
          <w:color w:val="222222"/>
          <w:sz w:val="19"/>
        </w:rPr>
        <w:t xml:space="preserve"> per l’accesso alla zona di Fazzon, secondo le modalità previste dal nuovo sistema di gestione della mobilità.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48"/>
      </w:tblGrid>
      <w:tr>
        <w:tc>
          <w:tcPr>
            <w:tcW w:type="dxa" w:w="10148"/>
            <w:shd w:fill="124224"/>
            <w:tcBorders>
              <w:top w:val="nil"/>
              <w:left w:val="nil"/>
              <w:bottom w:val="nil"/>
              <w:right w:val="nil"/>
            </w:tcBorders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20"/>
              </w:rPr>
              <w:t>DICHIARAZIONI E MODALITÀ DI RITIRO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48"/>
      </w:tblGrid>
      <w:tr>
        <w:tc>
          <w:tcPr>
            <w:tcW w:type="dxa" w:w="10148"/>
            <w:shd w:fill="F3F8F0"/>
            <w:tcBorders>
              <w:top w:val="single" w:sz="8" w:color="D9E6D4"/>
              <w:left w:val="single" w:sz="8" w:color="D9E6D4"/>
              <w:bottom w:val="single" w:sz="8" w:color="D9E6D4"/>
              <w:right w:val="single" w:sz="8" w:color="D9E6D4"/>
            </w:tcBorders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color w:val="222222"/>
                <w:sz w:val="17"/>
              </w:rPr>
              <w:t xml:space="preserve">Il/la richiedente dichiara che i dati sopra indicati sono veritieri e si impegna a comunicare eventuali variazioni. </w:t>
            </w:r>
            <w:r>
              <w:rPr>
                <w:rFonts w:ascii="Arial" w:hAnsi="Arial"/>
                <w:b w:val="0"/>
                <w:i w:val="0"/>
                <w:color w:val="222222"/>
                <w:sz w:val="17"/>
              </w:rPr>
              <w:t>Per il ritiro è necessario presentarsi presso gli uffici comunali muniti di carta di circolazione. In alternativa è possibile inviarla per mail e far ritirare il pass da un’altra persona.</w:t>
            </w:r>
          </w:p>
          <w:p>
            <w:pPr>
              <w:spacing w:before="40" w:after="0"/>
            </w:pPr>
            <w:r>
              <w:rPr>
                <w:rFonts w:ascii="Arial" w:hAnsi="Arial"/>
                <w:b/>
                <w:i w:val="0"/>
                <w:color w:val="124224"/>
                <w:sz w:val="17"/>
              </w:rPr>
              <w:t xml:space="preserve">Invio documentazione / informazioni: </w:t>
            </w:r>
            <w:r>
              <w:rPr>
                <w:rFonts w:ascii="Arial" w:hAnsi="Arial"/>
                <w:b/>
                <w:i w:val="0"/>
                <w:color w:val="005BAA"/>
                <w:sz w:val="17"/>
              </w:rPr>
              <w:t>polizialocale@comune.pellizzano.tn.it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48"/>
      </w:tblGrid>
      <w:tr>
        <w:tc>
          <w:tcPr>
            <w:tcW w:type="dxa" w:w="10148"/>
            <w:shd w:fill="FFFFFF"/>
            <w:tcBorders>
              <w:top w:val="single" w:sz="4" w:color="D9E6D4"/>
              <w:left w:val="single" w:sz="4" w:color="D9E6D4"/>
              <w:bottom w:val="single" w:sz="4" w:color="D9E6D4"/>
              <w:right w:val="single" w:sz="4" w:color="D9E6D4"/>
            </w:tcBorders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24224"/>
                <w:sz w:val="17"/>
              </w:rPr>
              <w:t xml:space="preserve">Eventuale delegato/a al ritiro: </w:t>
            </w:r>
            <w:r>
              <w:rPr>
                <w:rFonts w:ascii="Arial" w:hAnsi="Arial"/>
                <w:b w:val="0"/>
                <w:i w:val="0"/>
                <w:color w:val="222222"/>
                <w:sz w:val="17"/>
              </w:rPr>
              <w:t>Nome e cognome ______________________________  Documento ______________________________</w:t>
            </w:r>
          </w:p>
        </w:tc>
      </w:tr>
    </w:tbl>
    <w:p>
      <w:pPr>
        <w:spacing w:before="60" w:after="40" w:line="240" w:lineRule="auto"/>
      </w:pPr>
      <w:r>
        <w:rPr>
          <w:rFonts w:ascii="Arial" w:hAnsi="Arial"/>
          <w:b/>
          <w:i w:val="0"/>
          <w:color w:val="124224"/>
          <w:sz w:val="15"/>
        </w:rPr>
        <w:t xml:space="preserve">Informativa privacy: </w:t>
      </w:r>
      <w:r>
        <w:rPr>
          <w:rFonts w:ascii="Arial" w:hAnsi="Arial"/>
          <w:b w:val="0"/>
          <w:i w:val="0"/>
          <w:color w:val="444444"/>
          <w:sz w:val="15"/>
        </w:rPr>
        <w:t>i dati personali saranno trattati dal Comune di Pellizzano esclusivamente per le finalità connesse alla gestione della richiesta e del progetto di mobilità, nel rispetto del Regolamento UE 2016/679.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74"/>
        <w:gridCol w:w="5074"/>
      </w:tblGrid>
      <w:tr>
        <w:tc>
          <w:tcPr>
            <w:tcW w:type="dxa" w:w="4819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start w:w="0" w:type="dxa"/>
              <w:bottom w:w="60" w:type="dxa"/>
              <w:end w:w="0" w:type="dxa"/>
            </w:tcMar>
          </w:tcPr>
          <w:p>
            <w:r/>
            <w:r>
              <w:rPr>
                <w:rFonts w:ascii="Arial" w:hAnsi="Arial"/>
                <w:b/>
                <w:i w:val="0"/>
                <w:color w:val="124224"/>
                <w:sz w:val="17"/>
              </w:rPr>
              <w:t>Luogo e data</w:t>
            </w:r>
          </w:p>
        </w:tc>
        <w:tc>
          <w:tcPr>
            <w:tcW w:type="dxa" w:w="4819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start w:w="0" w:type="dxa"/>
              <w:bottom w:w="6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/>
                <w:b/>
                <w:i w:val="0"/>
                <w:color w:val="124224"/>
                <w:sz w:val="17"/>
              </w:rPr>
              <w:t>Firma del richiedente</w:t>
            </w:r>
          </w:p>
        </w:tc>
      </w:tr>
      <w:tr>
        <w:tc>
          <w:tcPr>
            <w:tcW w:type="dxa" w:w="4819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start w:w="0" w:type="dxa"/>
              <w:bottom w:w="60" w:type="dxa"/>
              <w:end w:w="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8"/>
              </w:rPr>
              <w:t>______________________________</w:t>
            </w:r>
          </w:p>
        </w:tc>
        <w:tc>
          <w:tcPr>
            <w:tcW w:type="dxa" w:w="4819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start w:w="0" w:type="dxa"/>
              <w:bottom w:w="6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/>
                <w:b w:val="0"/>
                <w:i w:val="0"/>
                <w:color w:val="222222"/>
                <w:sz w:val="18"/>
              </w:rPr>
              <w:t>______________________________</w:t>
            </w:r>
          </w:p>
        </w:tc>
      </w:tr>
    </w:tbl>
    <w:p>
      <w:pPr>
        <w:spacing w:before="60" w:after="0"/>
        <w:jc w:val="center"/>
      </w:pPr>
      <w:r>
        <w:rPr>
          <w:rFonts w:ascii="Arial" w:hAnsi="Arial"/>
          <w:b w:val="0"/>
          <w:i w:val="0"/>
          <w:color w:val="555555"/>
          <w:sz w:val="15"/>
        </w:rPr>
        <w:t>Comune di Pellizzano – Ufficio Polizia Locale | polizialocale@comune.pellizzano.tn.it</w:t>
      </w:r>
    </w:p>
    <w:sectPr w:rsidR="00FC693F" w:rsidRPr="0006063C" w:rsidSect="00034616">
      <w:pgSz w:w="11906" w:h="16838"/>
      <w:pgMar w:top="652" w:right="879" w:bottom="652" w:left="8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rilascio Pass blu - Proprietari immobili o fondi a Fazzon</dc:title>
  <dc:subject>Piano mobilità estiva Lago dei Caprioli - Fazzon</dc:subject>
  <dc:creator>Comune di Pellizzano</dc:creator>
  <cp:keywords>pass blu, Fazzon, Lago dei Caprioli, mobilità estiva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